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DS-255　漂白针叶浆 NBKP · 作战卡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DS-255 漂白针叶浆 NBKP · 作战卡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DZ-QR-2026-002348，内容指纹 2db5d59f99decc10…；权属依据与授权范围以证书登记为准。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