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DS-254　漂白阔叶浆（LBKP）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DS-254 漂白阔叶浆（LBKP）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DZ-QR-2026-002347，内容指纹 f59f16cf37b0007d…；权属依据与授权范围以证书登记为准。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网站：https://daizone.cn/quote/DS-254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