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DS-253　纸浆模塑（餐具/工业包装）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DS-253 纸浆模塑（餐具/工业包装）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DZ-QR-2026-002346，内容指纹 882927f2146db57c…；权属依据与授权范围以证书登记为准。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