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DS-251　文化纸（双胶/铜版）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DS-251 文化纸（双胶/铜版）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DZ-QR-2026-002344，内容指纹 6adc14f11943480f…；权属依据与授权范围以证书登记为准。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