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DS-249　造纸化学品（施胶/填料/助留）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DS-249 造纸化学品（施胶/填料/助留）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DZ-QR-2026-002342，内容指纹 87c5c016dbfadffc…；权属依据与授权范围以证书登记为准。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