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DS-247　非遗研学与体验课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DS-247 非遗研学与体验课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DZ-QR-2026-002340，内容指纹 8df42a8e6261a92c…；权属依据与授权范围以证书登记为准。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