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DS-241　收藏级剪纸原作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DS-241 收藏级剪纸原作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DZ-QR-2026-002334，内容指纹 79deb20e391b7416…；权属依据与授权范围以证书登记为准。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