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DS-237　风电装备与配套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DS-237 风电装备与配套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DZ-QR-2026-002330，内容指纹 81720e884f5f57e0…；权属依据与授权范围以证书登记为准。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