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DS-234　氢能与绿电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DS-234 氢能与绿电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DZ-QR-2026-002327，内容指纹 93270e02de28c7ef…；权属依据与授权范围以证书登记为准。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