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DS-233　光伏组件与支架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DS-233 光伏组件与支架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DZ-QR-2026-002326，内容指纹 01078deeb12dc03a…；权属依据与授权范围以证书登记为准。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网站：https://daizone.cn/quote/DS-233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