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DS-231　充电桩与换电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DS-231 充电桩与换电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DZ-QR-2026-002324，内容指纹 12bc39aae9e1f31e…；权属依据与授权范围以证书登记为准。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网站：https://daizone.cn/quote/DS-231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