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DS-230　生物质与沼氣利用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DS-230 生物质与沼氣利用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DZ-QR-2026-002323，内容指纹 1a929622c513b119…；权属依据与授权范围以证书登记为准。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