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DS-229　锂电材料与电芯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DS-229 锂电材料与电芯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DZ-QR-2026-002322，内容指纹 d02ba06431ef25b3…；权属依据与授权范围以证书登记为准。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