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DS-217　露天采石坑复垦（五莲/嘉祥）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DS-217 露天采石坑复垦（五莲/嘉祥）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DZ-QR-2026-002310，内容指纹 04f838842466635d…；权属依据与授权范围以证书登记为准。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