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DS-216　非金属矿深加工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DS-216 非金属矿深加工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DZ-QR-2026-002309，内容指纹 0b544362c1ac4804…；权属依据与授权范围以证书登记为准。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