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DS-215　铁矿与球团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DS-215 铁矿与球团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DZ-QR-2026-002308，内容指纹 1d0e7ec5543fad28…；权属依据与授权范围以证书登记为准。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