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DS-206　水泥与熟料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DS-206 水泥与熟料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DZ-QR-2026-002299，内容指纹 c65a6ea3d0932b40…；权属依据与授权范围以证书登记为准。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