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DS-203　招远黄金与珠宝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DS-203 招远黄金与珠宝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DZ-QR-2026-002296，内容指纹 66152f82cb49df99…；权属依据与授权范围以证书登记为准。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网站：https://daizone.cn/quote/DS-203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