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DS-200　寿光农产品物流园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DS-200 寿光农产品物流园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DZ-QR-2026-002293，内容指纹 a86056d601c2440e…；权属依据与授权范围以证书登记为准。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