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DS-199　临沂商城批发集群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DS-199 临沂商城批发集群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DZ-QR-2026-002292，内容指纹 3ebb98372214888e…；权属依据与授权范围以证书登记为准。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