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DS-197　梁山二手专用车与工程机械市场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DS-197 梁山二手专用车与工程机械市场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DZ-QR-2026-002290，内容指纹 210eda0e74a14478…；权属依据与授权范围以证书登记为准。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