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DS-196　莱州石材市场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DS-196 莱州石材市场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DZ-QR-2026-002289，内容指纹 6a28553894309346…；权属依据与授权范围以证书登记为准。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