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DS-192　广饶轮胎与汽配城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DS-192 广饶轮胎与汽配城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DZ-QR-2026-002285，内容指纹 1ec2f8fe7970afe7…；权属依据与授权范围以证书登记为准。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