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DS-183　塔式起重机与施工升降机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DS-183 塔式起重机与施工升降机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DZ-QR-2026-002276，内容指纹 0d5f906b5db3ab25…；权属依据与授权范围以证书登记为准。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