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DS-182　纺织机械与配件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DS-182 纺织机械与配件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DZ-QR-2026-002275，内容指纹 742546d50a01fc74…；权属依据与授权范围以证书登记为准。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