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DS-181　路面机械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DS-181 路面机械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DZ-QR-2026-002274，内容指纹 2ef0036eafef05c8…；权属依据与授权范围以证书登记为准。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