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DS-180　工程机械租赁与二手机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DS-180 工程机械租赁与二手机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DZ-QR-2026-002273，内容指纹 798ea379653ad3c8…；权属依据与授权范围以证书登记为准。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网站：https://daizone.cn/quote/DS-180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