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DS-178　港口机械与物流装备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DS-178 港口机械与物流装备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DZ-QR-2026-002271，内容指纹 7c80f14714564571…；权属依据与授权范围以证书登记为准。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