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DS-177　桩工机械与旋挖钻机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DS-177 桩工机械与旋挖钻机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DZ-QR-2026-002270，内容指纹 f0d8bb6aee1cce2a…；权属依据与授权范围以证书登记为准。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