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DS-175　汽车起重机与随车吊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DS-175 汽车起重机与随车吊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DZ-QR-2026-002268，内容指纹 64a77a99221e970c…；权属依据与授权范围以证书登记为准。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