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DS-172　装载机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DS-172 装载机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DZ-QR-2026-002265，内容指纹 8d9e68cc4246f0c4…；权属依据与授权范围以证书登记为准。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网站：https://daizone.cn/quote/DS-172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