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DS-171　农机具与配件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DS-171 农机具与配件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DZ-QR-2026-002264，内容指纹 62e93e6ef6da6622…；权属依据与授权范围以证书登记为准。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