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DS-164　挖掘机 · 新机出口作战卡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DS-164 挖掘机 · 新机出口作战卡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DZ-QR-2026-002257，内容指纹 3d27aaa424c0bee7…；权属依据与授权范围以证书登记为准。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