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DS-163　混凝土机械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DS-163 混凝土机械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DZ-QR-2026-002256，内容指纹 04307340fa7532c1…；权属依据与授权范围以证书登记为准。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