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DS-161　推土机与平地机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DS-161 推土机与平地机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DZ-QR-2026-002254，内容指纹 bec9b619dcccf327…；权属依据与授权范围以证书登记为准。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