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DS-159　农业机械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DS-159 农业机械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DZ-QR-2026-002252，内容指纹 117e17b964bd832d…；权属依据与授权范围以证书登记为准。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