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DS-158　焊接材料与焊割设备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DS-158 焊接材料与焊割设备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DZ-QR-2026-002251，内容指纹 fb3edc358dff46fa…；权属依据与授权范围以证书登记为准。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