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DS-156　表面处理与电镀设备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DS-156 表面处理与电镀设备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DZ-QR-2026-002249，内容指纹 b7fae969e5298aa1…；权属依据与授权范围以证书登记为准。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