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DS-152　仪器仪表与传感器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DS-152 仪器仪表与传感器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DZ-QR-2026-002245，内容指纹 21a0974a47bb9a93…；权属依据与授权范围以证书登记为准。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