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DS-150　紧固件与弹簧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DS-150 紧固件与弹簧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DZ-QR-2026-002243，内容指纹 531afd177f57234a…；权属依据与授权范围以证书登记为准。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