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DS-148　电气成套与配电设备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DS-148 电气成套与配电设备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DZ-QR-2026-002241，内容指纹 e4f75be6f57fad09…；权属依据与授权范围以证书登记为准。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