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DS-142　燃料电池电堆与系统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DS-142 燃料电池电堆与系统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DZ-QR-2026-002235，内容指纹 31f034a32078b4a5…；权属依据与授权范围以证书登记为准。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