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DS-136　软件外包与行业系统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DS-136 软件外包与行业系统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DZ-QR-2026-002229，内容指纹 75a5136433c2f132…；权属依据与授权范围以证书登记为准。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