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DS-133　芯片封测与电子制造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DS-133 芯片封测与电子制造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DZ-QR-2026-002226，内容指纹 dab46b4870ef5ddb…；权属依据与授权范围以证书登记为准。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