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DS-132　北斗与位置服务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DS-132 北斗与位置服务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DZ-QR-2026-002225，内容指纹 83665af497dbdcdf…；权属依据与授权范围以证书登记为准。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