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DS-128　博山陶瓷与琉璃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DS-128 博山陶瓷与琉璃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DZ-QR-2026-002221，内容指纹 7372eb5f4d65328a…；权属依据与授权范围以证书登记为准。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