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DS-125　日照黑陶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DS-125 日照黑陶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DZ-QR-2026-002218，内容指纹 0b8eb50716d5d3de…；权属依据与授权范围以证书登记为准。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