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DS-116　饲料与添加剂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DS-116 饲料与添加剂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DZ-QR-2026-002209，内容指纹 944b65e3815ce8a3…；权属依据与授权范围以证书登记为准。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