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DFC-751　HS8542 · China, Hong Kong SAR 单国切入包</w:t>
      </w:r>
    </w:p>
    <w:p>
      <w:r>
        <w:t>服务说明：中国 HS8542 对 China, Hong Kong SAR 的 2024 年出口 7359521 万美元、净重 23577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DFC-751 HS8542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DZ-QR-2026-001991，内容指纹 4a18d2a075a2f333…；权属依据与授权范围以证书登记为准。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