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DFC-624　HS8426 · Singapore 单国切入包</w:t>
      </w:r>
    </w:p>
    <w:p>
      <w:r>
        <w:t>服务说明：中国 HS8426 对 Singapore 的 2024 年出口 45830 万美元、净重 64823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DFC-624 HS8426 · Singapore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DZ-QR-2026-001864，内容指纹 d475d1b85b8c0eb9…；权属依据与授权范围以证书登记为准。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